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EB55E" w14:textId="77777777" w:rsidR="00197E6C" w:rsidRDefault="00197E6C">
      <w:pPr>
        <w:spacing w:after="160"/>
        <w:rPr>
          <w:rFonts w:ascii="Onest" w:hAnsi="Onest"/>
          <w:b/>
        </w:rPr>
      </w:pPr>
    </w:p>
    <w:p w14:paraId="0F32CC47" w14:textId="7651FC08" w:rsidR="008A1032" w:rsidRPr="008119BC" w:rsidRDefault="00000000">
      <w:pPr>
        <w:spacing w:after="160"/>
        <w:rPr>
          <w:rFonts w:ascii="Onest" w:hAnsi="Onest"/>
        </w:rPr>
      </w:pPr>
      <w:r w:rsidRPr="008119BC">
        <w:rPr>
          <w:rFonts w:ascii="Onest" w:hAnsi="Onest"/>
          <w:b/>
        </w:rPr>
        <w:t>ANEXA I – FORMULAR DE OFERTĂ</w:t>
      </w:r>
    </w:p>
    <w:tbl>
      <w:tblPr>
        <w:tblStyle w:val="Tabelgril"/>
        <w:tblW w:w="10556" w:type="dxa"/>
        <w:jc w:val="center"/>
        <w:tblLook w:val="04A0" w:firstRow="1" w:lastRow="0" w:firstColumn="1" w:lastColumn="0" w:noHBand="0" w:noVBand="1"/>
      </w:tblPr>
      <w:tblGrid>
        <w:gridCol w:w="1445"/>
        <w:gridCol w:w="1614"/>
        <w:gridCol w:w="1464"/>
        <w:gridCol w:w="1476"/>
        <w:gridCol w:w="1551"/>
        <w:gridCol w:w="1522"/>
        <w:gridCol w:w="1484"/>
      </w:tblGrid>
      <w:tr w:rsidR="008A1032" w:rsidRPr="008119BC" w14:paraId="5150715F" w14:textId="77777777" w:rsidTr="001B5BD7">
        <w:trPr>
          <w:tblHeader/>
          <w:jc w:val="center"/>
        </w:trPr>
        <w:tc>
          <w:tcPr>
            <w:tcW w:w="1489" w:type="dxa"/>
            <w:vAlign w:val="center"/>
          </w:tcPr>
          <w:p w14:paraId="2AD371F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  <w:b/>
              </w:rPr>
              <w:t>Nr.</w:t>
            </w:r>
          </w:p>
        </w:tc>
        <w:tc>
          <w:tcPr>
            <w:tcW w:w="1489" w:type="dxa"/>
            <w:vAlign w:val="center"/>
          </w:tcPr>
          <w:p w14:paraId="0CC911F1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  <w:b/>
              </w:rPr>
              <w:t>Denumirea</w:t>
            </w:r>
            <w:proofErr w:type="spellEnd"/>
            <w:r w:rsidRPr="008119BC">
              <w:rPr>
                <w:rFonts w:ascii="Onest" w:hAnsi="Onest"/>
                <w:b/>
              </w:rPr>
              <w:t xml:space="preserve"> </w:t>
            </w:r>
            <w:proofErr w:type="spellStart"/>
            <w:r w:rsidRPr="008119BC">
              <w:rPr>
                <w:rFonts w:ascii="Onest" w:hAnsi="Onest"/>
                <w:b/>
              </w:rPr>
              <w:t>produsului</w:t>
            </w:r>
            <w:proofErr w:type="spellEnd"/>
          </w:p>
        </w:tc>
        <w:tc>
          <w:tcPr>
            <w:tcW w:w="1489" w:type="dxa"/>
            <w:vAlign w:val="center"/>
          </w:tcPr>
          <w:p w14:paraId="18C1F6E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  <w:b/>
              </w:rPr>
              <w:t>UM</w:t>
            </w:r>
          </w:p>
        </w:tc>
        <w:tc>
          <w:tcPr>
            <w:tcW w:w="1489" w:type="dxa"/>
            <w:vAlign w:val="center"/>
          </w:tcPr>
          <w:p w14:paraId="642A1080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  <w:b/>
              </w:rPr>
              <w:t>Cantitate</w:t>
            </w:r>
            <w:proofErr w:type="spellEnd"/>
          </w:p>
        </w:tc>
        <w:tc>
          <w:tcPr>
            <w:tcW w:w="1552" w:type="dxa"/>
            <w:vAlign w:val="center"/>
          </w:tcPr>
          <w:p w14:paraId="3CC7DFC2" w14:textId="1E288794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  <w:b/>
              </w:rPr>
              <w:t>Preț</w:t>
            </w:r>
            <w:proofErr w:type="spellEnd"/>
            <w:r w:rsidRPr="008119BC">
              <w:rPr>
                <w:rFonts w:ascii="Onest" w:hAnsi="Onest"/>
                <w:b/>
              </w:rPr>
              <w:t>/</w:t>
            </w:r>
            <w:proofErr w:type="spellStart"/>
            <w:r w:rsidRPr="008119BC">
              <w:rPr>
                <w:rFonts w:ascii="Onest" w:hAnsi="Onest"/>
                <w:b/>
              </w:rPr>
              <w:t>unitate</w:t>
            </w:r>
            <w:proofErr w:type="spellEnd"/>
            <w:r w:rsidRPr="008119BC">
              <w:rPr>
                <w:rFonts w:ascii="Onest" w:hAnsi="Onest"/>
                <w:b/>
              </w:rPr>
              <w:t xml:space="preserve"> MDL</w:t>
            </w:r>
            <w:r w:rsidR="00A91132">
              <w:rPr>
                <w:rFonts w:ascii="Onest" w:hAnsi="Onest"/>
                <w:b/>
              </w:rPr>
              <w:t xml:space="preserve"> (TVA 0%)</w:t>
            </w:r>
          </w:p>
        </w:tc>
        <w:tc>
          <w:tcPr>
            <w:tcW w:w="1559" w:type="dxa"/>
            <w:vAlign w:val="center"/>
          </w:tcPr>
          <w:p w14:paraId="5ADFE679" w14:textId="05A55EF8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  <w:b/>
              </w:rPr>
              <w:t>Cost total MDL</w:t>
            </w:r>
            <w:r w:rsidR="00A91132">
              <w:rPr>
                <w:rFonts w:ascii="Onest" w:hAnsi="Onest"/>
                <w:b/>
              </w:rPr>
              <w:t xml:space="preserve"> (TVA 0%)</w:t>
            </w:r>
          </w:p>
        </w:tc>
        <w:tc>
          <w:tcPr>
            <w:tcW w:w="1489" w:type="dxa"/>
            <w:vAlign w:val="center"/>
          </w:tcPr>
          <w:p w14:paraId="5A99975B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  <w:b/>
              </w:rPr>
              <w:t>Comentarii</w:t>
            </w:r>
            <w:proofErr w:type="spellEnd"/>
            <w:r w:rsidRPr="008119BC">
              <w:rPr>
                <w:rFonts w:ascii="Onest" w:hAnsi="Onest"/>
                <w:b/>
              </w:rPr>
              <w:t xml:space="preserve"> / </w:t>
            </w:r>
            <w:proofErr w:type="spellStart"/>
            <w:r w:rsidRPr="008119BC">
              <w:rPr>
                <w:rFonts w:ascii="Onest" w:hAnsi="Onest"/>
                <w:b/>
              </w:rPr>
              <w:t>produs</w:t>
            </w:r>
            <w:proofErr w:type="spellEnd"/>
            <w:r w:rsidRPr="008119BC">
              <w:rPr>
                <w:rFonts w:ascii="Onest" w:hAnsi="Onest"/>
                <w:b/>
              </w:rPr>
              <w:t xml:space="preserve"> </w:t>
            </w:r>
            <w:proofErr w:type="spellStart"/>
            <w:r w:rsidRPr="008119BC">
              <w:rPr>
                <w:rFonts w:ascii="Onest" w:hAnsi="Onest"/>
                <w:b/>
              </w:rPr>
              <w:t>ofertat</w:t>
            </w:r>
            <w:proofErr w:type="spellEnd"/>
          </w:p>
        </w:tc>
      </w:tr>
      <w:tr w:rsidR="008A1032" w:rsidRPr="008119BC" w14:paraId="20162F35" w14:textId="77777777" w:rsidTr="001B5BD7">
        <w:trPr>
          <w:jc w:val="center"/>
        </w:trPr>
        <w:tc>
          <w:tcPr>
            <w:tcW w:w="1489" w:type="dxa"/>
            <w:vAlign w:val="center"/>
          </w:tcPr>
          <w:p w14:paraId="161A3842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</w:t>
            </w:r>
          </w:p>
        </w:tc>
        <w:tc>
          <w:tcPr>
            <w:tcW w:w="1489" w:type="dxa"/>
            <w:vAlign w:val="center"/>
          </w:tcPr>
          <w:p w14:paraId="06ED014A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Tablă</w:t>
            </w:r>
            <w:proofErr w:type="spellEnd"/>
            <w:r w:rsidRPr="008119BC">
              <w:rPr>
                <w:rFonts w:ascii="Onest" w:hAnsi="Onest"/>
              </w:rPr>
              <w:t xml:space="preserve"> flipchart pe </w:t>
            </w:r>
            <w:proofErr w:type="spellStart"/>
            <w:r w:rsidRPr="008119BC">
              <w:rPr>
                <w:rFonts w:ascii="Onest" w:hAnsi="Onest"/>
              </w:rPr>
              <w:t>trepied</w:t>
            </w:r>
            <w:proofErr w:type="spellEnd"/>
          </w:p>
        </w:tc>
        <w:tc>
          <w:tcPr>
            <w:tcW w:w="1489" w:type="dxa"/>
            <w:vAlign w:val="center"/>
          </w:tcPr>
          <w:p w14:paraId="4D572808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23A7A4E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</w:t>
            </w:r>
          </w:p>
        </w:tc>
        <w:tc>
          <w:tcPr>
            <w:tcW w:w="1552" w:type="dxa"/>
            <w:vAlign w:val="center"/>
          </w:tcPr>
          <w:p w14:paraId="716F191F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4E23B239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4A790734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5503B256" w14:textId="77777777" w:rsidTr="001B5BD7">
        <w:trPr>
          <w:jc w:val="center"/>
        </w:trPr>
        <w:tc>
          <w:tcPr>
            <w:tcW w:w="1489" w:type="dxa"/>
            <w:vAlign w:val="center"/>
          </w:tcPr>
          <w:p w14:paraId="0E1DCB84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</w:t>
            </w:r>
          </w:p>
        </w:tc>
        <w:tc>
          <w:tcPr>
            <w:tcW w:w="1489" w:type="dxa"/>
            <w:vAlign w:val="center"/>
          </w:tcPr>
          <w:p w14:paraId="28153077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Hârtie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pentru</w:t>
            </w:r>
            <w:proofErr w:type="spellEnd"/>
            <w:r w:rsidRPr="008119BC">
              <w:rPr>
                <w:rFonts w:ascii="Onest" w:hAnsi="Onest"/>
              </w:rPr>
              <w:t xml:space="preserve"> flipchart</w:t>
            </w:r>
          </w:p>
        </w:tc>
        <w:tc>
          <w:tcPr>
            <w:tcW w:w="1489" w:type="dxa"/>
            <w:vAlign w:val="center"/>
          </w:tcPr>
          <w:p w14:paraId="4FF110D5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bloc</w:t>
            </w:r>
          </w:p>
        </w:tc>
        <w:tc>
          <w:tcPr>
            <w:tcW w:w="1489" w:type="dxa"/>
            <w:vAlign w:val="center"/>
          </w:tcPr>
          <w:p w14:paraId="6E1F9FC8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12</w:t>
            </w:r>
          </w:p>
        </w:tc>
        <w:tc>
          <w:tcPr>
            <w:tcW w:w="1552" w:type="dxa"/>
            <w:vAlign w:val="center"/>
          </w:tcPr>
          <w:p w14:paraId="4E41A4C8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475B6080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791F228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47C7116F" w14:textId="77777777" w:rsidTr="001B5BD7">
        <w:trPr>
          <w:jc w:val="center"/>
        </w:trPr>
        <w:tc>
          <w:tcPr>
            <w:tcW w:w="1489" w:type="dxa"/>
            <w:vAlign w:val="center"/>
          </w:tcPr>
          <w:p w14:paraId="09DD63DD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</w:t>
            </w:r>
          </w:p>
        </w:tc>
        <w:tc>
          <w:tcPr>
            <w:tcW w:w="1489" w:type="dxa"/>
            <w:vAlign w:val="center"/>
          </w:tcPr>
          <w:p w14:paraId="0D4CC7DD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Hârtie</w:t>
            </w:r>
            <w:proofErr w:type="spellEnd"/>
            <w:r w:rsidRPr="008119BC">
              <w:rPr>
                <w:rFonts w:ascii="Onest" w:hAnsi="Onest"/>
              </w:rPr>
              <w:t xml:space="preserve"> A4 </w:t>
            </w:r>
            <w:proofErr w:type="spellStart"/>
            <w:r w:rsidRPr="008119BC">
              <w:rPr>
                <w:rFonts w:ascii="Onest" w:hAnsi="Onest"/>
              </w:rPr>
              <w:t>albă</w:t>
            </w:r>
            <w:proofErr w:type="spellEnd"/>
          </w:p>
        </w:tc>
        <w:tc>
          <w:tcPr>
            <w:tcW w:w="1489" w:type="dxa"/>
            <w:vAlign w:val="center"/>
          </w:tcPr>
          <w:p w14:paraId="559C3410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pachet</w:t>
            </w:r>
            <w:proofErr w:type="spellEnd"/>
          </w:p>
        </w:tc>
        <w:tc>
          <w:tcPr>
            <w:tcW w:w="1489" w:type="dxa"/>
            <w:vAlign w:val="center"/>
          </w:tcPr>
          <w:p w14:paraId="64862E4A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12</w:t>
            </w:r>
          </w:p>
        </w:tc>
        <w:tc>
          <w:tcPr>
            <w:tcW w:w="1552" w:type="dxa"/>
            <w:vAlign w:val="center"/>
          </w:tcPr>
          <w:p w14:paraId="0AAABCFB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3209278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239FE2A8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69C8AE51" w14:textId="77777777" w:rsidTr="001B5BD7">
        <w:trPr>
          <w:jc w:val="center"/>
        </w:trPr>
        <w:tc>
          <w:tcPr>
            <w:tcW w:w="1489" w:type="dxa"/>
            <w:vAlign w:val="center"/>
          </w:tcPr>
          <w:p w14:paraId="3AF4B753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4</w:t>
            </w:r>
          </w:p>
        </w:tc>
        <w:tc>
          <w:tcPr>
            <w:tcW w:w="1489" w:type="dxa"/>
            <w:vAlign w:val="center"/>
          </w:tcPr>
          <w:p w14:paraId="5929C97C" w14:textId="77777777" w:rsidR="008A1032" w:rsidRPr="008119BC" w:rsidRDefault="00000000">
            <w:pPr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 xml:space="preserve">Carton </w:t>
            </w:r>
            <w:proofErr w:type="spellStart"/>
            <w:r w:rsidRPr="008119BC">
              <w:rPr>
                <w:rFonts w:ascii="Onest" w:hAnsi="Onest"/>
              </w:rPr>
              <w:t>colorat</w:t>
            </w:r>
            <w:proofErr w:type="spellEnd"/>
            <w:r w:rsidRPr="008119BC">
              <w:rPr>
                <w:rFonts w:ascii="Onest" w:hAnsi="Onest"/>
              </w:rPr>
              <w:t xml:space="preserve"> A4</w:t>
            </w:r>
          </w:p>
        </w:tc>
        <w:tc>
          <w:tcPr>
            <w:tcW w:w="1489" w:type="dxa"/>
            <w:vAlign w:val="center"/>
          </w:tcPr>
          <w:p w14:paraId="33238E30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set</w:t>
            </w:r>
          </w:p>
        </w:tc>
        <w:tc>
          <w:tcPr>
            <w:tcW w:w="1489" w:type="dxa"/>
            <w:vAlign w:val="center"/>
          </w:tcPr>
          <w:p w14:paraId="76128FBE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18</w:t>
            </w:r>
          </w:p>
        </w:tc>
        <w:tc>
          <w:tcPr>
            <w:tcW w:w="1552" w:type="dxa"/>
            <w:vAlign w:val="center"/>
          </w:tcPr>
          <w:p w14:paraId="412150BA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3622CE35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704D8A89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53547F4B" w14:textId="77777777" w:rsidTr="001B5BD7">
        <w:trPr>
          <w:jc w:val="center"/>
        </w:trPr>
        <w:tc>
          <w:tcPr>
            <w:tcW w:w="1489" w:type="dxa"/>
            <w:vAlign w:val="center"/>
          </w:tcPr>
          <w:p w14:paraId="52D43FB4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5</w:t>
            </w:r>
          </w:p>
        </w:tc>
        <w:tc>
          <w:tcPr>
            <w:tcW w:w="1489" w:type="dxa"/>
            <w:vAlign w:val="center"/>
          </w:tcPr>
          <w:p w14:paraId="339CB3E8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Hârtie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colorată</w:t>
            </w:r>
            <w:proofErr w:type="spellEnd"/>
            <w:r w:rsidRPr="008119BC">
              <w:rPr>
                <w:rFonts w:ascii="Onest" w:hAnsi="Onest"/>
              </w:rPr>
              <w:t xml:space="preserve"> A4</w:t>
            </w:r>
          </w:p>
        </w:tc>
        <w:tc>
          <w:tcPr>
            <w:tcW w:w="1489" w:type="dxa"/>
            <w:vAlign w:val="center"/>
          </w:tcPr>
          <w:p w14:paraId="1DAEAB1E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set</w:t>
            </w:r>
          </w:p>
        </w:tc>
        <w:tc>
          <w:tcPr>
            <w:tcW w:w="1489" w:type="dxa"/>
            <w:vAlign w:val="center"/>
          </w:tcPr>
          <w:p w14:paraId="50E75D96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18</w:t>
            </w:r>
          </w:p>
        </w:tc>
        <w:tc>
          <w:tcPr>
            <w:tcW w:w="1552" w:type="dxa"/>
            <w:vAlign w:val="center"/>
          </w:tcPr>
          <w:p w14:paraId="56FE2C77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6FFCBD6D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4DFBE387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65882C31" w14:textId="77777777" w:rsidTr="001B5BD7">
        <w:trPr>
          <w:jc w:val="center"/>
        </w:trPr>
        <w:tc>
          <w:tcPr>
            <w:tcW w:w="1489" w:type="dxa"/>
            <w:vAlign w:val="center"/>
          </w:tcPr>
          <w:p w14:paraId="6BA4447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</w:t>
            </w:r>
          </w:p>
        </w:tc>
        <w:tc>
          <w:tcPr>
            <w:tcW w:w="1489" w:type="dxa"/>
            <w:vAlign w:val="center"/>
          </w:tcPr>
          <w:p w14:paraId="17E4BDB1" w14:textId="34E49F4C" w:rsidR="008A1032" w:rsidRPr="00B14D89" w:rsidRDefault="00000000">
            <w:pPr>
              <w:rPr>
                <w:rFonts w:ascii="Onest" w:hAnsi="Onest"/>
                <w:lang w:val="it-IT"/>
              </w:rPr>
            </w:pPr>
            <w:r w:rsidRPr="00B14D89">
              <w:rPr>
                <w:rFonts w:ascii="Onest" w:hAnsi="Onest"/>
                <w:lang w:val="it-IT"/>
              </w:rPr>
              <w:t>Carton alb/negru A4</w:t>
            </w:r>
          </w:p>
        </w:tc>
        <w:tc>
          <w:tcPr>
            <w:tcW w:w="1489" w:type="dxa"/>
            <w:vAlign w:val="center"/>
          </w:tcPr>
          <w:p w14:paraId="3D4DE506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set</w:t>
            </w:r>
          </w:p>
        </w:tc>
        <w:tc>
          <w:tcPr>
            <w:tcW w:w="1489" w:type="dxa"/>
            <w:vAlign w:val="center"/>
          </w:tcPr>
          <w:p w14:paraId="7057FA15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12</w:t>
            </w:r>
          </w:p>
        </w:tc>
        <w:tc>
          <w:tcPr>
            <w:tcW w:w="1552" w:type="dxa"/>
            <w:vAlign w:val="center"/>
          </w:tcPr>
          <w:p w14:paraId="7A21EED6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02D487A6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2E64A12E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03648AF1" w14:textId="77777777" w:rsidTr="001B5BD7">
        <w:trPr>
          <w:jc w:val="center"/>
        </w:trPr>
        <w:tc>
          <w:tcPr>
            <w:tcW w:w="1489" w:type="dxa"/>
            <w:vAlign w:val="center"/>
          </w:tcPr>
          <w:p w14:paraId="3414336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7</w:t>
            </w:r>
          </w:p>
        </w:tc>
        <w:tc>
          <w:tcPr>
            <w:tcW w:w="1489" w:type="dxa"/>
            <w:vAlign w:val="center"/>
          </w:tcPr>
          <w:p w14:paraId="0605144C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Hârtie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creponată</w:t>
            </w:r>
            <w:proofErr w:type="spellEnd"/>
          </w:p>
        </w:tc>
        <w:tc>
          <w:tcPr>
            <w:tcW w:w="1489" w:type="dxa"/>
            <w:vAlign w:val="center"/>
          </w:tcPr>
          <w:p w14:paraId="0BE8503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rulou</w:t>
            </w:r>
            <w:proofErr w:type="spellEnd"/>
          </w:p>
        </w:tc>
        <w:tc>
          <w:tcPr>
            <w:tcW w:w="1489" w:type="dxa"/>
            <w:vAlign w:val="center"/>
          </w:tcPr>
          <w:p w14:paraId="6A5A5F6A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60</w:t>
            </w:r>
          </w:p>
        </w:tc>
        <w:tc>
          <w:tcPr>
            <w:tcW w:w="1552" w:type="dxa"/>
            <w:vAlign w:val="center"/>
          </w:tcPr>
          <w:p w14:paraId="280B5501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5C8C5A1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2528928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28EB5B02" w14:textId="77777777" w:rsidTr="001B5BD7">
        <w:trPr>
          <w:jc w:val="center"/>
        </w:trPr>
        <w:tc>
          <w:tcPr>
            <w:tcW w:w="1489" w:type="dxa"/>
            <w:vAlign w:val="center"/>
          </w:tcPr>
          <w:p w14:paraId="4332F6F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8</w:t>
            </w:r>
          </w:p>
        </w:tc>
        <w:tc>
          <w:tcPr>
            <w:tcW w:w="1489" w:type="dxa"/>
            <w:vAlign w:val="center"/>
          </w:tcPr>
          <w:p w14:paraId="153A7E5D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Markere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colorate</w:t>
            </w:r>
            <w:proofErr w:type="spellEnd"/>
          </w:p>
        </w:tc>
        <w:tc>
          <w:tcPr>
            <w:tcW w:w="1489" w:type="dxa"/>
            <w:vAlign w:val="center"/>
          </w:tcPr>
          <w:p w14:paraId="000E7494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459B0D7C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120</w:t>
            </w:r>
          </w:p>
        </w:tc>
        <w:tc>
          <w:tcPr>
            <w:tcW w:w="1552" w:type="dxa"/>
            <w:vAlign w:val="center"/>
          </w:tcPr>
          <w:p w14:paraId="68611EF8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70EDFE29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753C6493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656B6742" w14:textId="77777777" w:rsidTr="001B5BD7">
        <w:trPr>
          <w:jc w:val="center"/>
        </w:trPr>
        <w:tc>
          <w:tcPr>
            <w:tcW w:w="1489" w:type="dxa"/>
            <w:vAlign w:val="center"/>
          </w:tcPr>
          <w:p w14:paraId="680F1C16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9</w:t>
            </w:r>
          </w:p>
        </w:tc>
        <w:tc>
          <w:tcPr>
            <w:tcW w:w="1489" w:type="dxa"/>
            <w:vAlign w:val="center"/>
          </w:tcPr>
          <w:p w14:paraId="26B57952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Creioane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colorate</w:t>
            </w:r>
            <w:proofErr w:type="spellEnd"/>
          </w:p>
        </w:tc>
        <w:tc>
          <w:tcPr>
            <w:tcW w:w="1489" w:type="dxa"/>
            <w:vAlign w:val="center"/>
          </w:tcPr>
          <w:p w14:paraId="1AFC05E6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set</w:t>
            </w:r>
          </w:p>
        </w:tc>
        <w:tc>
          <w:tcPr>
            <w:tcW w:w="1489" w:type="dxa"/>
            <w:vAlign w:val="center"/>
          </w:tcPr>
          <w:p w14:paraId="517B0A7E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30</w:t>
            </w:r>
          </w:p>
        </w:tc>
        <w:tc>
          <w:tcPr>
            <w:tcW w:w="1552" w:type="dxa"/>
            <w:vAlign w:val="center"/>
          </w:tcPr>
          <w:p w14:paraId="784E579D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70842C0D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99ADF0B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3F7B0181" w14:textId="77777777" w:rsidTr="001B5BD7">
        <w:trPr>
          <w:jc w:val="center"/>
        </w:trPr>
        <w:tc>
          <w:tcPr>
            <w:tcW w:w="1489" w:type="dxa"/>
            <w:vAlign w:val="center"/>
          </w:tcPr>
          <w:p w14:paraId="64654D01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10</w:t>
            </w:r>
          </w:p>
        </w:tc>
        <w:tc>
          <w:tcPr>
            <w:tcW w:w="1489" w:type="dxa"/>
            <w:vAlign w:val="center"/>
          </w:tcPr>
          <w:p w14:paraId="1D480D23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Creioane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grafit</w:t>
            </w:r>
            <w:proofErr w:type="spellEnd"/>
          </w:p>
        </w:tc>
        <w:tc>
          <w:tcPr>
            <w:tcW w:w="1489" w:type="dxa"/>
            <w:vAlign w:val="center"/>
          </w:tcPr>
          <w:p w14:paraId="702CAF2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7D48A19D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120</w:t>
            </w:r>
          </w:p>
        </w:tc>
        <w:tc>
          <w:tcPr>
            <w:tcW w:w="1552" w:type="dxa"/>
            <w:vAlign w:val="center"/>
          </w:tcPr>
          <w:p w14:paraId="666D0FA0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00FD5641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1E2A906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349D1DD5" w14:textId="77777777" w:rsidTr="001B5BD7">
        <w:trPr>
          <w:jc w:val="center"/>
        </w:trPr>
        <w:tc>
          <w:tcPr>
            <w:tcW w:w="1489" w:type="dxa"/>
            <w:vAlign w:val="center"/>
          </w:tcPr>
          <w:p w14:paraId="6CF58B4A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11</w:t>
            </w:r>
          </w:p>
        </w:tc>
        <w:tc>
          <w:tcPr>
            <w:tcW w:w="1489" w:type="dxa"/>
            <w:vAlign w:val="center"/>
          </w:tcPr>
          <w:p w14:paraId="22ED7ABD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Markere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pentru</w:t>
            </w:r>
            <w:proofErr w:type="spellEnd"/>
            <w:r w:rsidRPr="008119BC">
              <w:rPr>
                <w:rFonts w:ascii="Onest" w:hAnsi="Onest"/>
              </w:rPr>
              <w:t xml:space="preserve"> whiteboard</w:t>
            </w:r>
          </w:p>
        </w:tc>
        <w:tc>
          <w:tcPr>
            <w:tcW w:w="1489" w:type="dxa"/>
            <w:vAlign w:val="center"/>
          </w:tcPr>
          <w:p w14:paraId="0B8A6B05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583867CC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60</w:t>
            </w:r>
          </w:p>
        </w:tc>
        <w:tc>
          <w:tcPr>
            <w:tcW w:w="1552" w:type="dxa"/>
            <w:vAlign w:val="center"/>
          </w:tcPr>
          <w:p w14:paraId="06F2D3CE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2CB43F62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9F05943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51FB5009" w14:textId="77777777" w:rsidTr="001B5BD7">
        <w:trPr>
          <w:jc w:val="center"/>
        </w:trPr>
        <w:tc>
          <w:tcPr>
            <w:tcW w:w="1489" w:type="dxa"/>
            <w:vAlign w:val="center"/>
          </w:tcPr>
          <w:p w14:paraId="0A8E3A97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12</w:t>
            </w:r>
          </w:p>
        </w:tc>
        <w:tc>
          <w:tcPr>
            <w:tcW w:w="1489" w:type="dxa"/>
            <w:vAlign w:val="center"/>
          </w:tcPr>
          <w:p w14:paraId="0D6A6DE7" w14:textId="77777777" w:rsidR="008A1032" w:rsidRPr="008119BC" w:rsidRDefault="00000000">
            <w:pPr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 xml:space="preserve">Post-it / note </w:t>
            </w:r>
            <w:proofErr w:type="spellStart"/>
            <w:r w:rsidRPr="008119BC">
              <w:rPr>
                <w:rFonts w:ascii="Onest" w:hAnsi="Onest"/>
              </w:rPr>
              <w:t>autoadezive</w:t>
            </w:r>
            <w:proofErr w:type="spellEnd"/>
          </w:p>
        </w:tc>
        <w:tc>
          <w:tcPr>
            <w:tcW w:w="1489" w:type="dxa"/>
            <w:vAlign w:val="center"/>
          </w:tcPr>
          <w:p w14:paraId="4706EF7D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bloc</w:t>
            </w:r>
          </w:p>
        </w:tc>
        <w:tc>
          <w:tcPr>
            <w:tcW w:w="1489" w:type="dxa"/>
            <w:vAlign w:val="center"/>
          </w:tcPr>
          <w:p w14:paraId="701E6D91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48</w:t>
            </w:r>
          </w:p>
        </w:tc>
        <w:tc>
          <w:tcPr>
            <w:tcW w:w="1552" w:type="dxa"/>
            <w:vAlign w:val="center"/>
          </w:tcPr>
          <w:p w14:paraId="5A5E47BD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6DF3056F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F24631F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0587F97C" w14:textId="77777777" w:rsidTr="001B5BD7">
        <w:trPr>
          <w:jc w:val="center"/>
        </w:trPr>
        <w:tc>
          <w:tcPr>
            <w:tcW w:w="1489" w:type="dxa"/>
            <w:vAlign w:val="center"/>
          </w:tcPr>
          <w:p w14:paraId="313A56D1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13</w:t>
            </w:r>
          </w:p>
        </w:tc>
        <w:tc>
          <w:tcPr>
            <w:tcW w:w="1489" w:type="dxa"/>
            <w:vAlign w:val="center"/>
          </w:tcPr>
          <w:p w14:paraId="262158D5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Lipici</w:t>
            </w:r>
            <w:proofErr w:type="spellEnd"/>
            <w:r w:rsidRPr="008119BC">
              <w:rPr>
                <w:rFonts w:ascii="Onest" w:hAnsi="Onest"/>
              </w:rPr>
              <w:t xml:space="preserve"> solid tip stick</w:t>
            </w:r>
          </w:p>
        </w:tc>
        <w:tc>
          <w:tcPr>
            <w:tcW w:w="1489" w:type="dxa"/>
            <w:vAlign w:val="center"/>
          </w:tcPr>
          <w:p w14:paraId="6859B31A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5438D07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90</w:t>
            </w:r>
          </w:p>
        </w:tc>
        <w:tc>
          <w:tcPr>
            <w:tcW w:w="1552" w:type="dxa"/>
            <w:vAlign w:val="center"/>
          </w:tcPr>
          <w:p w14:paraId="22A29E9B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3AB6252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70E7BE99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3CC19365" w14:textId="77777777" w:rsidTr="001B5BD7">
        <w:trPr>
          <w:jc w:val="center"/>
        </w:trPr>
        <w:tc>
          <w:tcPr>
            <w:tcW w:w="1489" w:type="dxa"/>
            <w:vAlign w:val="center"/>
          </w:tcPr>
          <w:p w14:paraId="4C7AADF0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14</w:t>
            </w:r>
          </w:p>
        </w:tc>
        <w:tc>
          <w:tcPr>
            <w:tcW w:w="1489" w:type="dxa"/>
            <w:vAlign w:val="center"/>
          </w:tcPr>
          <w:p w14:paraId="196FAA41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Foarfeci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pentru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copii</w:t>
            </w:r>
            <w:proofErr w:type="spellEnd"/>
          </w:p>
        </w:tc>
        <w:tc>
          <w:tcPr>
            <w:tcW w:w="1489" w:type="dxa"/>
            <w:vAlign w:val="center"/>
          </w:tcPr>
          <w:p w14:paraId="6BE33FD3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0814750C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60</w:t>
            </w:r>
          </w:p>
        </w:tc>
        <w:tc>
          <w:tcPr>
            <w:tcW w:w="1552" w:type="dxa"/>
            <w:vAlign w:val="center"/>
          </w:tcPr>
          <w:p w14:paraId="13DAF659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2297585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B8E4A35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7EC4FBDC" w14:textId="77777777" w:rsidTr="001B5BD7">
        <w:trPr>
          <w:jc w:val="center"/>
        </w:trPr>
        <w:tc>
          <w:tcPr>
            <w:tcW w:w="1489" w:type="dxa"/>
            <w:vAlign w:val="center"/>
          </w:tcPr>
          <w:p w14:paraId="69404FB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15</w:t>
            </w:r>
          </w:p>
        </w:tc>
        <w:tc>
          <w:tcPr>
            <w:tcW w:w="1489" w:type="dxa"/>
            <w:vAlign w:val="center"/>
          </w:tcPr>
          <w:p w14:paraId="63404C38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Bandă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adezivă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transparentă</w:t>
            </w:r>
            <w:proofErr w:type="spellEnd"/>
          </w:p>
        </w:tc>
        <w:tc>
          <w:tcPr>
            <w:tcW w:w="1489" w:type="dxa"/>
            <w:vAlign w:val="center"/>
          </w:tcPr>
          <w:p w14:paraId="34B8E785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rolă</w:t>
            </w:r>
            <w:proofErr w:type="spellEnd"/>
          </w:p>
        </w:tc>
        <w:tc>
          <w:tcPr>
            <w:tcW w:w="1489" w:type="dxa"/>
            <w:vAlign w:val="center"/>
          </w:tcPr>
          <w:p w14:paraId="3496B7BA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36</w:t>
            </w:r>
          </w:p>
        </w:tc>
        <w:tc>
          <w:tcPr>
            <w:tcW w:w="1552" w:type="dxa"/>
            <w:vAlign w:val="center"/>
          </w:tcPr>
          <w:p w14:paraId="15132F51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1C0AFA9D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6C3D17BF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5C1AC81B" w14:textId="77777777" w:rsidTr="001B5BD7">
        <w:trPr>
          <w:jc w:val="center"/>
        </w:trPr>
        <w:tc>
          <w:tcPr>
            <w:tcW w:w="1489" w:type="dxa"/>
            <w:vAlign w:val="center"/>
          </w:tcPr>
          <w:p w14:paraId="65FF2254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16</w:t>
            </w:r>
          </w:p>
        </w:tc>
        <w:tc>
          <w:tcPr>
            <w:tcW w:w="1489" w:type="dxa"/>
            <w:vAlign w:val="center"/>
          </w:tcPr>
          <w:p w14:paraId="07D4D0A7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Bandă</w:t>
            </w:r>
            <w:proofErr w:type="spellEnd"/>
            <w:r w:rsidRPr="008119BC">
              <w:rPr>
                <w:rFonts w:ascii="Onest" w:hAnsi="Onest"/>
              </w:rPr>
              <w:t xml:space="preserve"> masking / </w:t>
            </w:r>
            <w:proofErr w:type="spellStart"/>
            <w:r w:rsidRPr="008119BC">
              <w:rPr>
                <w:rFonts w:ascii="Onest" w:hAnsi="Onest"/>
              </w:rPr>
              <w:t>pictor</w:t>
            </w:r>
            <w:proofErr w:type="spellEnd"/>
          </w:p>
        </w:tc>
        <w:tc>
          <w:tcPr>
            <w:tcW w:w="1489" w:type="dxa"/>
            <w:vAlign w:val="center"/>
          </w:tcPr>
          <w:p w14:paraId="0A554BD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rolă</w:t>
            </w:r>
            <w:proofErr w:type="spellEnd"/>
          </w:p>
        </w:tc>
        <w:tc>
          <w:tcPr>
            <w:tcW w:w="1489" w:type="dxa"/>
            <w:vAlign w:val="center"/>
          </w:tcPr>
          <w:p w14:paraId="054C5C25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18</w:t>
            </w:r>
          </w:p>
        </w:tc>
        <w:tc>
          <w:tcPr>
            <w:tcW w:w="1552" w:type="dxa"/>
            <w:vAlign w:val="center"/>
          </w:tcPr>
          <w:p w14:paraId="5D779869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01ECAFC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485E1364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486612F3" w14:textId="77777777" w:rsidTr="001B5BD7">
        <w:trPr>
          <w:jc w:val="center"/>
        </w:trPr>
        <w:tc>
          <w:tcPr>
            <w:tcW w:w="1489" w:type="dxa"/>
            <w:vAlign w:val="center"/>
          </w:tcPr>
          <w:p w14:paraId="0A7B996A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17</w:t>
            </w:r>
          </w:p>
        </w:tc>
        <w:tc>
          <w:tcPr>
            <w:tcW w:w="1489" w:type="dxa"/>
            <w:vAlign w:val="center"/>
          </w:tcPr>
          <w:p w14:paraId="42B936AC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Bandă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dublu-adezivă</w:t>
            </w:r>
            <w:proofErr w:type="spellEnd"/>
          </w:p>
        </w:tc>
        <w:tc>
          <w:tcPr>
            <w:tcW w:w="1489" w:type="dxa"/>
            <w:vAlign w:val="center"/>
          </w:tcPr>
          <w:p w14:paraId="5673430B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rolă</w:t>
            </w:r>
            <w:proofErr w:type="spellEnd"/>
          </w:p>
        </w:tc>
        <w:tc>
          <w:tcPr>
            <w:tcW w:w="1489" w:type="dxa"/>
            <w:vAlign w:val="center"/>
          </w:tcPr>
          <w:p w14:paraId="1EDFDFAE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12</w:t>
            </w:r>
          </w:p>
        </w:tc>
        <w:tc>
          <w:tcPr>
            <w:tcW w:w="1552" w:type="dxa"/>
            <w:vAlign w:val="center"/>
          </w:tcPr>
          <w:p w14:paraId="0D94D228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214F07FF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6FF295B4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6036B2EE" w14:textId="77777777" w:rsidTr="001B5BD7">
        <w:trPr>
          <w:jc w:val="center"/>
        </w:trPr>
        <w:tc>
          <w:tcPr>
            <w:tcW w:w="1489" w:type="dxa"/>
            <w:vAlign w:val="center"/>
          </w:tcPr>
          <w:p w14:paraId="0EF1D82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18</w:t>
            </w:r>
          </w:p>
        </w:tc>
        <w:tc>
          <w:tcPr>
            <w:tcW w:w="1489" w:type="dxa"/>
            <w:vAlign w:val="center"/>
          </w:tcPr>
          <w:p w14:paraId="6EFE553D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Rigle</w:t>
            </w:r>
            <w:proofErr w:type="spellEnd"/>
          </w:p>
        </w:tc>
        <w:tc>
          <w:tcPr>
            <w:tcW w:w="1489" w:type="dxa"/>
            <w:vAlign w:val="center"/>
          </w:tcPr>
          <w:p w14:paraId="2E18F5C7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0E99AD6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30</w:t>
            </w:r>
          </w:p>
        </w:tc>
        <w:tc>
          <w:tcPr>
            <w:tcW w:w="1552" w:type="dxa"/>
            <w:vAlign w:val="center"/>
          </w:tcPr>
          <w:p w14:paraId="389F4282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0C73E22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06A76E14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08C2FC27" w14:textId="77777777" w:rsidTr="001B5BD7">
        <w:trPr>
          <w:jc w:val="center"/>
        </w:trPr>
        <w:tc>
          <w:tcPr>
            <w:tcW w:w="1489" w:type="dxa"/>
            <w:vAlign w:val="center"/>
          </w:tcPr>
          <w:p w14:paraId="2D7B411C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lastRenderedPageBreak/>
              <w:t>19</w:t>
            </w:r>
          </w:p>
        </w:tc>
        <w:tc>
          <w:tcPr>
            <w:tcW w:w="1489" w:type="dxa"/>
            <w:vAlign w:val="center"/>
          </w:tcPr>
          <w:p w14:paraId="6C7D912E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Sfoară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subțire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rezistentă</w:t>
            </w:r>
            <w:proofErr w:type="spellEnd"/>
          </w:p>
        </w:tc>
        <w:tc>
          <w:tcPr>
            <w:tcW w:w="1489" w:type="dxa"/>
            <w:vAlign w:val="center"/>
          </w:tcPr>
          <w:p w14:paraId="283792E4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rolă</w:t>
            </w:r>
            <w:proofErr w:type="spellEnd"/>
          </w:p>
        </w:tc>
        <w:tc>
          <w:tcPr>
            <w:tcW w:w="1489" w:type="dxa"/>
            <w:vAlign w:val="center"/>
          </w:tcPr>
          <w:p w14:paraId="770AEDF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18</w:t>
            </w:r>
          </w:p>
        </w:tc>
        <w:tc>
          <w:tcPr>
            <w:tcW w:w="1552" w:type="dxa"/>
            <w:vAlign w:val="center"/>
          </w:tcPr>
          <w:p w14:paraId="7959402D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6FFFF7F4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49D8445A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7C8CA366" w14:textId="77777777" w:rsidTr="001B5BD7">
        <w:trPr>
          <w:jc w:val="center"/>
        </w:trPr>
        <w:tc>
          <w:tcPr>
            <w:tcW w:w="1489" w:type="dxa"/>
            <w:vAlign w:val="center"/>
          </w:tcPr>
          <w:p w14:paraId="3B501446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20</w:t>
            </w:r>
          </w:p>
        </w:tc>
        <w:tc>
          <w:tcPr>
            <w:tcW w:w="1489" w:type="dxa"/>
            <w:vAlign w:val="center"/>
          </w:tcPr>
          <w:p w14:paraId="0A268C70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Panglici</w:t>
            </w:r>
            <w:proofErr w:type="spellEnd"/>
            <w:r w:rsidRPr="008119BC">
              <w:rPr>
                <w:rFonts w:ascii="Onest" w:hAnsi="Onest"/>
              </w:rPr>
              <w:t xml:space="preserve"> / </w:t>
            </w:r>
            <w:proofErr w:type="spellStart"/>
            <w:r w:rsidRPr="008119BC">
              <w:rPr>
                <w:rFonts w:ascii="Onest" w:hAnsi="Onest"/>
              </w:rPr>
              <w:t>șnururi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colorate</w:t>
            </w:r>
            <w:proofErr w:type="spellEnd"/>
          </w:p>
        </w:tc>
        <w:tc>
          <w:tcPr>
            <w:tcW w:w="1489" w:type="dxa"/>
            <w:vAlign w:val="center"/>
          </w:tcPr>
          <w:p w14:paraId="03E6515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rolă</w:t>
            </w:r>
            <w:proofErr w:type="spellEnd"/>
          </w:p>
        </w:tc>
        <w:tc>
          <w:tcPr>
            <w:tcW w:w="1489" w:type="dxa"/>
            <w:vAlign w:val="center"/>
          </w:tcPr>
          <w:p w14:paraId="35CB80B3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60</w:t>
            </w:r>
          </w:p>
        </w:tc>
        <w:tc>
          <w:tcPr>
            <w:tcW w:w="1552" w:type="dxa"/>
            <w:vAlign w:val="center"/>
          </w:tcPr>
          <w:p w14:paraId="5B1523CC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50B41F8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2BEEA069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20DCBA5C" w14:textId="77777777" w:rsidTr="001B5BD7">
        <w:trPr>
          <w:jc w:val="center"/>
        </w:trPr>
        <w:tc>
          <w:tcPr>
            <w:tcW w:w="1489" w:type="dxa"/>
            <w:vAlign w:val="center"/>
          </w:tcPr>
          <w:p w14:paraId="3A65764B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21</w:t>
            </w:r>
          </w:p>
        </w:tc>
        <w:tc>
          <w:tcPr>
            <w:tcW w:w="1489" w:type="dxa"/>
            <w:vAlign w:val="center"/>
          </w:tcPr>
          <w:p w14:paraId="6177E6FF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Bețișoare</w:t>
            </w:r>
            <w:proofErr w:type="spellEnd"/>
            <w:r w:rsidRPr="008119BC">
              <w:rPr>
                <w:rFonts w:ascii="Onest" w:hAnsi="Onest"/>
              </w:rPr>
              <w:t xml:space="preserve"> din </w:t>
            </w:r>
            <w:proofErr w:type="spellStart"/>
            <w:r w:rsidRPr="008119BC">
              <w:rPr>
                <w:rFonts w:ascii="Onest" w:hAnsi="Onest"/>
              </w:rPr>
              <w:t>lemn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pentru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lucru</w:t>
            </w:r>
            <w:proofErr w:type="spellEnd"/>
            <w:r w:rsidRPr="008119BC">
              <w:rPr>
                <w:rFonts w:ascii="Onest" w:hAnsi="Onest"/>
              </w:rPr>
              <w:t xml:space="preserve"> manual</w:t>
            </w:r>
          </w:p>
        </w:tc>
        <w:tc>
          <w:tcPr>
            <w:tcW w:w="1489" w:type="dxa"/>
            <w:vAlign w:val="center"/>
          </w:tcPr>
          <w:p w14:paraId="4FE5B6FA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3AA975B4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600</w:t>
            </w:r>
          </w:p>
        </w:tc>
        <w:tc>
          <w:tcPr>
            <w:tcW w:w="1552" w:type="dxa"/>
            <w:vAlign w:val="center"/>
          </w:tcPr>
          <w:p w14:paraId="12154EEA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6811649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3140DFF6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3B63F1F6" w14:textId="77777777" w:rsidTr="001B5BD7">
        <w:trPr>
          <w:jc w:val="center"/>
        </w:trPr>
        <w:tc>
          <w:tcPr>
            <w:tcW w:w="1489" w:type="dxa"/>
            <w:vAlign w:val="center"/>
          </w:tcPr>
          <w:p w14:paraId="4EE614AB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22</w:t>
            </w:r>
          </w:p>
        </w:tc>
        <w:tc>
          <w:tcPr>
            <w:tcW w:w="1489" w:type="dxa"/>
            <w:vAlign w:val="center"/>
          </w:tcPr>
          <w:p w14:paraId="6BB3B544" w14:textId="77777777" w:rsidR="008A1032" w:rsidRPr="008119BC" w:rsidRDefault="00000000">
            <w:pPr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 xml:space="preserve">Paie de </w:t>
            </w:r>
            <w:proofErr w:type="spellStart"/>
            <w:r w:rsidRPr="008119BC">
              <w:rPr>
                <w:rFonts w:ascii="Onest" w:hAnsi="Onest"/>
              </w:rPr>
              <w:t>hârtie</w:t>
            </w:r>
            <w:proofErr w:type="spellEnd"/>
          </w:p>
        </w:tc>
        <w:tc>
          <w:tcPr>
            <w:tcW w:w="1489" w:type="dxa"/>
            <w:vAlign w:val="center"/>
          </w:tcPr>
          <w:p w14:paraId="683DE70A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29D555DB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600</w:t>
            </w:r>
          </w:p>
        </w:tc>
        <w:tc>
          <w:tcPr>
            <w:tcW w:w="1552" w:type="dxa"/>
            <w:vAlign w:val="center"/>
          </w:tcPr>
          <w:p w14:paraId="784B899F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04EB9B84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5DB9C914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4187C7FD" w14:textId="77777777" w:rsidTr="001B5BD7">
        <w:trPr>
          <w:jc w:val="center"/>
        </w:trPr>
        <w:tc>
          <w:tcPr>
            <w:tcW w:w="1489" w:type="dxa"/>
            <w:vAlign w:val="center"/>
          </w:tcPr>
          <w:p w14:paraId="04464137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23</w:t>
            </w:r>
          </w:p>
        </w:tc>
        <w:tc>
          <w:tcPr>
            <w:tcW w:w="1489" w:type="dxa"/>
            <w:vAlign w:val="center"/>
          </w:tcPr>
          <w:p w14:paraId="16407C1A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Lanterne</w:t>
            </w:r>
            <w:proofErr w:type="spellEnd"/>
            <w:r w:rsidRPr="008119BC">
              <w:rPr>
                <w:rFonts w:ascii="Onest" w:hAnsi="Onest"/>
              </w:rPr>
              <w:t xml:space="preserve"> LED </w:t>
            </w:r>
            <w:proofErr w:type="spellStart"/>
            <w:r w:rsidRPr="008119BC">
              <w:rPr>
                <w:rFonts w:ascii="Onest" w:hAnsi="Onest"/>
              </w:rPr>
              <w:t>mici</w:t>
            </w:r>
            <w:proofErr w:type="spellEnd"/>
          </w:p>
        </w:tc>
        <w:tc>
          <w:tcPr>
            <w:tcW w:w="1489" w:type="dxa"/>
            <w:vAlign w:val="center"/>
          </w:tcPr>
          <w:p w14:paraId="42E5AFDC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00987087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30</w:t>
            </w:r>
          </w:p>
        </w:tc>
        <w:tc>
          <w:tcPr>
            <w:tcW w:w="1552" w:type="dxa"/>
            <w:vAlign w:val="center"/>
          </w:tcPr>
          <w:p w14:paraId="7321AA34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6D8B91D0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E65C6C9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0046C015" w14:textId="77777777" w:rsidTr="001B5BD7">
        <w:trPr>
          <w:jc w:val="center"/>
        </w:trPr>
        <w:tc>
          <w:tcPr>
            <w:tcW w:w="1489" w:type="dxa"/>
            <w:vAlign w:val="center"/>
          </w:tcPr>
          <w:p w14:paraId="11100CE1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24</w:t>
            </w:r>
          </w:p>
        </w:tc>
        <w:tc>
          <w:tcPr>
            <w:tcW w:w="1489" w:type="dxa"/>
            <w:vAlign w:val="center"/>
          </w:tcPr>
          <w:p w14:paraId="2FCAD0A8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Baterii</w:t>
            </w:r>
            <w:proofErr w:type="spellEnd"/>
            <w:r w:rsidRPr="008119BC">
              <w:rPr>
                <w:rFonts w:ascii="Onest" w:hAnsi="Onest"/>
              </w:rPr>
              <w:t xml:space="preserve"> de </w:t>
            </w:r>
            <w:proofErr w:type="spellStart"/>
            <w:r w:rsidRPr="008119BC">
              <w:rPr>
                <w:rFonts w:ascii="Onest" w:hAnsi="Onest"/>
              </w:rPr>
              <w:t>rezervă</w:t>
            </w:r>
            <w:proofErr w:type="spellEnd"/>
          </w:p>
        </w:tc>
        <w:tc>
          <w:tcPr>
            <w:tcW w:w="1489" w:type="dxa"/>
            <w:vAlign w:val="center"/>
          </w:tcPr>
          <w:p w14:paraId="12B38A5C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set</w:t>
            </w:r>
          </w:p>
        </w:tc>
        <w:tc>
          <w:tcPr>
            <w:tcW w:w="1489" w:type="dxa"/>
            <w:vAlign w:val="center"/>
          </w:tcPr>
          <w:p w14:paraId="0CCFB04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</w:t>
            </w:r>
          </w:p>
        </w:tc>
        <w:tc>
          <w:tcPr>
            <w:tcW w:w="1552" w:type="dxa"/>
            <w:vAlign w:val="center"/>
          </w:tcPr>
          <w:p w14:paraId="16AA913A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28921418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0719B523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27D86181" w14:textId="77777777" w:rsidTr="001B5BD7">
        <w:trPr>
          <w:jc w:val="center"/>
        </w:trPr>
        <w:tc>
          <w:tcPr>
            <w:tcW w:w="1489" w:type="dxa"/>
            <w:vAlign w:val="center"/>
          </w:tcPr>
          <w:p w14:paraId="35439A3B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25</w:t>
            </w:r>
          </w:p>
        </w:tc>
        <w:tc>
          <w:tcPr>
            <w:tcW w:w="1489" w:type="dxa"/>
            <w:vAlign w:val="center"/>
          </w:tcPr>
          <w:p w14:paraId="7D80908A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Oglinzi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acrilice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mici</w:t>
            </w:r>
            <w:proofErr w:type="spellEnd"/>
          </w:p>
        </w:tc>
        <w:tc>
          <w:tcPr>
            <w:tcW w:w="1489" w:type="dxa"/>
            <w:vAlign w:val="center"/>
          </w:tcPr>
          <w:p w14:paraId="4835F4D2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58FDEB56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24</w:t>
            </w:r>
          </w:p>
        </w:tc>
        <w:tc>
          <w:tcPr>
            <w:tcW w:w="1552" w:type="dxa"/>
            <w:vAlign w:val="center"/>
          </w:tcPr>
          <w:p w14:paraId="203A3449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73F49987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09B2B50D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665D7ADD" w14:textId="77777777" w:rsidTr="001B5BD7">
        <w:trPr>
          <w:jc w:val="center"/>
        </w:trPr>
        <w:tc>
          <w:tcPr>
            <w:tcW w:w="1489" w:type="dxa"/>
            <w:vAlign w:val="center"/>
          </w:tcPr>
          <w:p w14:paraId="33216B07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26</w:t>
            </w:r>
          </w:p>
        </w:tc>
        <w:tc>
          <w:tcPr>
            <w:tcW w:w="1489" w:type="dxa"/>
            <w:vAlign w:val="center"/>
          </w:tcPr>
          <w:p w14:paraId="2413CB3A" w14:textId="77777777" w:rsidR="008A1032" w:rsidRPr="008119BC" w:rsidRDefault="00000000">
            <w:pPr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 xml:space="preserve">Lupe </w:t>
            </w:r>
            <w:proofErr w:type="spellStart"/>
            <w:r w:rsidRPr="008119BC">
              <w:rPr>
                <w:rFonts w:ascii="Onest" w:hAnsi="Onest"/>
              </w:rPr>
              <w:t>pentru</w:t>
            </w:r>
            <w:proofErr w:type="spellEnd"/>
            <w:r w:rsidRPr="008119BC">
              <w:rPr>
                <w:rFonts w:ascii="Onest" w:hAnsi="Onest"/>
              </w:rPr>
              <w:t xml:space="preserve"> </w:t>
            </w:r>
            <w:proofErr w:type="spellStart"/>
            <w:r w:rsidRPr="008119BC">
              <w:rPr>
                <w:rFonts w:ascii="Onest" w:hAnsi="Onest"/>
              </w:rPr>
              <w:t>observație</w:t>
            </w:r>
            <w:proofErr w:type="spellEnd"/>
          </w:p>
        </w:tc>
        <w:tc>
          <w:tcPr>
            <w:tcW w:w="1489" w:type="dxa"/>
            <w:vAlign w:val="center"/>
          </w:tcPr>
          <w:p w14:paraId="26684830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09A6244B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30</w:t>
            </w:r>
          </w:p>
        </w:tc>
        <w:tc>
          <w:tcPr>
            <w:tcW w:w="1552" w:type="dxa"/>
            <w:vAlign w:val="center"/>
          </w:tcPr>
          <w:p w14:paraId="45CB1654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1B24807D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62620B6F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34E712A6" w14:textId="77777777" w:rsidTr="001B5BD7">
        <w:trPr>
          <w:jc w:val="center"/>
        </w:trPr>
        <w:tc>
          <w:tcPr>
            <w:tcW w:w="1489" w:type="dxa"/>
            <w:vAlign w:val="center"/>
          </w:tcPr>
          <w:p w14:paraId="2B3F4C73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27</w:t>
            </w:r>
          </w:p>
        </w:tc>
        <w:tc>
          <w:tcPr>
            <w:tcW w:w="1489" w:type="dxa"/>
            <w:vAlign w:val="center"/>
          </w:tcPr>
          <w:p w14:paraId="36649B4A" w14:textId="77777777" w:rsidR="008A1032" w:rsidRPr="008119BC" w:rsidRDefault="00000000">
            <w:pPr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 xml:space="preserve">Clipboard / </w:t>
            </w:r>
            <w:proofErr w:type="spellStart"/>
            <w:r w:rsidRPr="008119BC">
              <w:rPr>
                <w:rFonts w:ascii="Onest" w:hAnsi="Onest"/>
              </w:rPr>
              <w:t>suport</w:t>
            </w:r>
            <w:proofErr w:type="spellEnd"/>
            <w:r w:rsidRPr="008119BC">
              <w:rPr>
                <w:rFonts w:ascii="Onest" w:hAnsi="Onest"/>
              </w:rPr>
              <w:t xml:space="preserve"> rigid A4</w:t>
            </w:r>
          </w:p>
        </w:tc>
        <w:tc>
          <w:tcPr>
            <w:tcW w:w="1489" w:type="dxa"/>
            <w:vAlign w:val="center"/>
          </w:tcPr>
          <w:p w14:paraId="4CA6329C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1EF06483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30</w:t>
            </w:r>
          </w:p>
        </w:tc>
        <w:tc>
          <w:tcPr>
            <w:tcW w:w="1552" w:type="dxa"/>
            <w:vAlign w:val="center"/>
          </w:tcPr>
          <w:p w14:paraId="074CC744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27852EBB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3B5E8A29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782838AA" w14:textId="77777777" w:rsidTr="001B5BD7">
        <w:trPr>
          <w:jc w:val="center"/>
        </w:trPr>
        <w:tc>
          <w:tcPr>
            <w:tcW w:w="1489" w:type="dxa"/>
            <w:vAlign w:val="center"/>
          </w:tcPr>
          <w:p w14:paraId="1FC3364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28</w:t>
            </w:r>
          </w:p>
        </w:tc>
        <w:tc>
          <w:tcPr>
            <w:tcW w:w="1489" w:type="dxa"/>
            <w:vAlign w:val="center"/>
          </w:tcPr>
          <w:p w14:paraId="1F06490A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Plicuri</w:t>
            </w:r>
            <w:proofErr w:type="spellEnd"/>
            <w:r w:rsidRPr="008119BC">
              <w:rPr>
                <w:rFonts w:ascii="Onest" w:hAnsi="Onest"/>
              </w:rPr>
              <w:t xml:space="preserve"> din </w:t>
            </w:r>
            <w:proofErr w:type="spellStart"/>
            <w:r w:rsidRPr="008119BC">
              <w:rPr>
                <w:rFonts w:ascii="Onest" w:hAnsi="Onest"/>
              </w:rPr>
              <w:t>hârtie</w:t>
            </w:r>
            <w:proofErr w:type="spellEnd"/>
          </w:p>
        </w:tc>
        <w:tc>
          <w:tcPr>
            <w:tcW w:w="1489" w:type="dxa"/>
            <w:vAlign w:val="center"/>
          </w:tcPr>
          <w:p w14:paraId="4F2CD927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069382D1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180</w:t>
            </w:r>
          </w:p>
        </w:tc>
        <w:tc>
          <w:tcPr>
            <w:tcW w:w="1552" w:type="dxa"/>
            <w:vAlign w:val="center"/>
          </w:tcPr>
          <w:p w14:paraId="640E30A4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0F6CDD92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5E7CE348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4CD08DC8" w14:textId="77777777" w:rsidTr="001B5BD7">
        <w:trPr>
          <w:jc w:val="center"/>
        </w:trPr>
        <w:tc>
          <w:tcPr>
            <w:tcW w:w="1489" w:type="dxa"/>
            <w:vAlign w:val="center"/>
          </w:tcPr>
          <w:p w14:paraId="3A12C719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29</w:t>
            </w:r>
          </w:p>
        </w:tc>
        <w:tc>
          <w:tcPr>
            <w:tcW w:w="1489" w:type="dxa"/>
            <w:vAlign w:val="center"/>
          </w:tcPr>
          <w:p w14:paraId="7D6CCEF0" w14:textId="77777777" w:rsidR="008A1032" w:rsidRPr="008119BC" w:rsidRDefault="00000000">
            <w:pPr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Pensule</w:t>
            </w:r>
            <w:proofErr w:type="spellEnd"/>
            <w:r w:rsidRPr="008119BC">
              <w:rPr>
                <w:rFonts w:ascii="Onest" w:hAnsi="Onest"/>
              </w:rPr>
              <w:t xml:space="preserve"> fine / </w:t>
            </w:r>
            <w:proofErr w:type="spellStart"/>
            <w:r w:rsidRPr="008119BC">
              <w:rPr>
                <w:rFonts w:ascii="Onest" w:hAnsi="Onest"/>
              </w:rPr>
              <w:t>aplicatoare</w:t>
            </w:r>
            <w:proofErr w:type="spellEnd"/>
          </w:p>
        </w:tc>
        <w:tc>
          <w:tcPr>
            <w:tcW w:w="1489" w:type="dxa"/>
            <w:vAlign w:val="center"/>
          </w:tcPr>
          <w:p w14:paraId="524BCA9E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set</w:t>
            </w:r>
          </w:p>
        </w:tc>
        <w:tc>
          <w:tcPr>
            <w:tcW w:w="1489" w:type="dxa"/>
            <w:vAlign w:val="center"/>
          </w:tcPr>
          <w:p w14:paraId="40A8EBEF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6</w:t>
            </w:r>
          </w:p>
        </w:tc>
        <w:tc>
          <w:tcPr>
            <w:tcW w:w="1552" w:type="dxa"/>
            <w:vAlign w:val="center"/>
          </w:tcPr>
          <w:p w14:paraId="2B70162E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060F9AD6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1FB3B918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  <w:tr w:rsidR="008A1032" w:rsidRPr="008119BC" w14:paraId="67ED45CF" w14:textId="77777777" w:rsidTr="001B5BD7">
        <w:trPr>
          <w:jc w:val="center"/>
        </w:trPr>
        <w:tc>
          <w:tcPr>
            <w:tcW w:w="1489" w:type="dxa"/>
            <w:vAlign w:val="center"/>
          </w:tcPr>
          <w:p w14:paraId="77DC171B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30</w:t>
            </w:r>
          </w:p>
        </w:tc>
        <w:tc>
          <w:tcPr>
            <w:tcW w:w="1489" w:type="dxa"/>
            <w:vAlign w:val="center"/>
          </w:tcPr>
          <w:p w14:paraId="516F64C3" w14:textId="77777777" w:rsidR="008A1032" w:rsidRPr="00B14D89" w:rsidRDefault="00000000">
            <w:pPr>
              <w:rPr>
                <w:rFonts w:ascii="Onest" w:hAnsi="Onest"/>
                <w:lang w:val="fr-CH"/>
              </w:rPr>
            </w:pPr>
            <w:proofErr w:type="spellStart"/>
            <w:r w:rsidRPr="00B14D89">
              <w:rPr>
                <w:rFonts w:ascii="Onest" w:hAnsi="Onest"/>
                <w:lang w:val="fr-CH"/>
              </w:rPr>
              <w:t>Dosare</w:t>
            </w:r>
            <w:proofErr w:type="spellEnd"/>
            <w:r w:rsidRPr="00B14D89">
              <w:rPr>
                <w:rFonts w:ascii="Onest" w:hAnsi="Onest"/>
                <w:lang w:val="fr-CH"/>
              </w:rPr>
              <w:t>/</w:t>
            </w:r>
            <w:proofErr w:type="spellStart"/>
            <w:r w:rsidRPr="00B14D89">
              <w:rPr>
                <w:rFonts w:ascii="Onest" w:hAnsi="Onest"/>
                <w:lang w:val="fr-CH"/>
              </w:rPr>
              <w:t>mape</w:t>
            </w:r>
            <w:proofErr w:type="spellEnd"/>
            <w:r w:rsidRPr="00B14D89">
              <w:rPr>
                <w:rFonts w:ascii="Onest" w:hAnsi="Onest"/>
                <w:lang w:val="fr-CH"/>
              </w:rPr>
              <w:t xml:space="preserve"> </w:t>
            </w:r>
            <w:proofErr w:type="spellStart"/>
            <w:r w:rsidRPr="00B14D89">
              <w:rPr>
                <w:rFonts w:ascii="Onest" w:hAnsi="Onest"/>
                <w:lang w:val="fr-CH"/>
              </w:rPr>
              <w:t>cu</w:t>
            </w:r>
            <w:proofErr w:type="spellEnd"/>
            <w:r w:rsidRPr="00B14D89">
              <w:rPr>
                <w:rFonts w:ascii="Onest" w:hAnsi="Onest"/>
                <w:lang w:val="fr-CH"/>
              </w:rPr>
              <w:t xml:space="preserve"> </w:t>
            </w:r>
            <w:proofErr w:type="spellStart"/>
            <w:r w:rsidRPr="00B14D89">
              <w:rPr>
                <w:rFonts w:ascii="Onest" w:hAnsi="Onest"/>
                <w:lang w:val="fr-CH"/>
              </w:rPr>
              <w:t>șină</w:t>
            </w:r>
            <w:proofErr w:type="spellEnd"/>
            <w:r w:rsidRPr="00B14D89">
              <w:rPr>
                <w:rFonts w:ascii="Onest" w:hAnsi="Onest"/>
                <w:lang w:val="fr-CH"/>
              </w:rPr>
              <w:t xml:space="preserve"> </w:t>
            </w:r>
            <w:proofErr w:type="spellStart"/>
            <w:r w:rsidRPr="00B14D89">
              <w:rPr>
                <w:rFonts w:ascii="Onest" w:hAnsi="Onest"/>
                <w:lang w:val="fr-CH"/>
              </w:rPr>
              <w:t>sau</w:t>
            </w:r>
            <w:proofErr w:type="spellEnd"/>
            <w:r w:rsidRPr="00B14D89">
              <w:rPr>
                <w:rFonts w:ascii="Onest" w:hAnsi="Onest"/>
                <w:lang w:val="fr-CH"/>
              </w:rPr>
              <w:t xml:space="preserve"> </w:t>
            </w:r>
            <w:proofErr w:type="spellStart"/>
            <w:r w:rsidRPr="00B14D89">
              <w:rPr>
                <w:rFonts w:ascii="Onest" w:hAnsi="Onest"/>
                <w:lang w:val="fr-CH"/>
              </w:rPr>
              <w:t>inele</w:t>
            </w:r>
            <w:proofErr w:type="spellEnd"/>
          </w:p>
        </w:tc>
        <w:tc>
          <w:tcPr>
            <w:tcW w:w="1489" w:type="dxa"/>
            <w:vAlign w:val="center"/>
          </w:tcPr>
          <w:p w14:paraId="397973B8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proofErr w:type="spellStart"/>
            <w:r w:rsidRPr="008119BC">
              <w:rPr>
                <w:rFonts w:ascii="Onest" w:hAnsi="Onest"/>
              </w:rPr>
              <w:t>buc</w:t>
            </w:r>
            <w:proofErr w:type="spellEnd"/>
            <w:r w:rsidRPr="008119BC">
              <w:rPr>
                <w:rFonts w:ascii="Onest" w:hAnsi="Onest"/>
              </w:rPr>
              <w:t>.</w:t>
            </w:r>
          </w:p>
        </w:tc>
        <w:tc>
          <w:tcPr>
            <w:tcW w:w="1489" w:type="dxa"/>
            <w:vAlign w:val="center"/>
          </w:tcPr>
          <w:p w14:paraId="03591C62" w14:textId="77777777" w:rsidR="008A1032" w:rsidRPr="008119BC" w:rsidRDefault="00000000">
            <w:pPr>
              <w:jc w:val="center"/>
              <w:rPr>
                <w:rFonts w:ascii="Onest" w:hAnsi="Onest"/>
              </w:rPr>
            </w:pPr>
            <w:r w:rsidRPr="008119BC">
              <w:rPr>
                <w:rFonts w:ascii="Onest" w:hAnsi="Onest"/>
              </w:rPr>
              <w:t>30</w:t>
            </w:r>
          </w:p>
        </w:tc>
        <w:tc>
          <w:tcPr>
            <w:tcW w:w="1552" w:type="dxa"/>
            <w:vAlign w:val="center"/>
          </w:tcPr>
          <w:p w14:paraId="0CA29A78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559" w:type="dxa"/>
            <w:vAlign w:val="center"/>
          </w:tcPr>
          <w:p w14:paraId="550CB047" w14:textId="77777777" w:rsidR="008A1032" w:rsidRPr="008119BC" w:rsidRDefault="008A1032">
            <w:pPr>
              <w:rPr>
                <w:rFonts w:ascii="Onest" w:hAnsi="Onest"/>
              </w:rPr>
            </w:pPr>
          </w:p>
        </w:tc>
        <w:tc>
          <w:tcPr>
            <w:tcW w:w="1489" w:type="dxa"/>
            <w:vAlign w:val="center"/>
          </w:tcPr>
          <w:p w14:paraId="62D386F5" w14:textId="77777777" w:rsidR="008A1032" w:rsidRPr="008119BC" w:rsidRDefault="008A1032">
            <w:pPr>
              <w:rPr>
                <w:rFonts w:ascii="Onest" w:hAnsi="Onest"/>
              </w:rPr>
            </w:pPr>
          </w:p>
        </w:tc>
      </w:tr>
    </w:tbl>
    <w:p w14:paraId="2958D61D" w14:textId="77777777" w:rsidR="00197E6C" w:rsidRDefault="00197E6C">
      <w:pPr>
        <w:spacing w:after="80"/>
        <w:rPr>
          <w:rFonts w:ascii="Onest" w:hAnsi="Onest"/>
        </w:rPr>
      </w:pPr>
    </w:p>
    <w:p w14:paraId="149C0A1E" w14:textId="1718B15C" w:rsidR="008A1032" w:rsidRPr="008119BC" w:rsidRDefault="00000000">
      <w:pPr>
        <w:spacing w:after="80"/>
        <w:rPr>
          <w:rFonts w:ascii="Onest" w:hAnsi="Onest"/>
        </w:rPr>
      </w:pPr>
      <w:r w:rsidRPr="008119BC">
        <w:rPr>
          <w:rFonts w:ascii="Onest" w:hAnsi="Onest"/>
        </w:rPr>
        <w:t xml:space="preserve">Cost total </w:t>
      </w:r>
      <w:proofErr w:type="spellStart"/>
      <w:r w:rsidRPr="008119BC">
        <w:rPr>
          <w:rFonts w:ascii="Onest" w:hAnsi="Onest"/>
        </w:rPr>
        <w:t>ofertă</w:t>
      </w:r>
      <w:proofErr w:type="spellEnd"/>
      <w:r w:rsidRPr="008119BC">
        <w:rPr>
          <w:rFonts w:ascii="Onest" w:hAnsi="Onest"/>
        </w:rPr>
        <w:t>, MDL</w:t>
      </w:r>
      <w:r w:rsidR="004269D8">
        <w:rPr>
          <w:rFonts w:ascii="Onest" w:hAnsi="Onest"/>
        </w:rPr>
        <w:t xml:space="preserve"> </w:t>
      </w:r>
      <w:r w:rsidR="002E4440">
        <w:rPr>
          <w:rFonts w:ascii="Onest" w:hAnsi="Onest"/>
        </w:rPr>
        <w:t>(</w:t>
      </w:r>
      <w:r w:rsidR="004269D8">
        <w:rPr>
          <w:rFonts w:ascii="Onest" w:hAnsi="Onest"/>
        </w:rPr>
        <w:t>TVA 0%</w:t>
      </w:r>
      <w:r w:rsidR="002E4440">
        <w:rPr>
          <w:rFonts w:ascii="Onest" w:hAnsi="Onest"/>
        </w:rPr>
        <w:t>)</w:t>
      </w:r>
      <w:r w:rsidRPr="008119BC">
        <w:rPr>
          <w:rFonts w:ascii="Onest" w:hAnsi="Onest"/>
        </w:rPr>
        <w:t>: ______________________________</w:t>
      </w:r>
    </w:p>
    <w:p w14:paraId="413CD44D" w14:textId="77777777" w:rsidR="008A1032" w:rsidRPr="008119BC" w:rsidRDefault="00000000">
      <w:pPr>
        <w:spacing w:after="80"/>
        <w:rPr>
          <w:rFonts w:ascii="Onest" w:hAnsi="Onest"/>
        </w:rPr>
      </w:pPr>
      <w:r w:rsidRPr="008119BC">
        <w:rPr>
          <w:rFonts w:ascii="Onest" w:hAnsi="Onest"/>
        </w:rPr>
        <w:t xml:space="preserve">Termen de </w:t>
      </w:r>
      <w:proofErr w:type="spellStart"/>
      <w:r w:rsidRPr="008119BC">
        <w:rPr>
          <w:rFonts w:ascii="Onest" w:hAnsi="Onest"/>
        </w:rPr>
        <w:t>livrare</w:t>
      </w:r>
      <w:proofErr w:type="spellEnd"/>
      <w:r w:rsidRPr="008119BC">
        <w:rPr>
          <w:rFonts w:ascii="Onest" w:hAnsi="Onest"/>
        </w:rPr>
        <w:t>: ___________________________________</w:t>
      </w:r>
    </w:p>
    <w:p w14:paraId="55A958AD" w14:textId="77777777" w:rsidR="008A1032" w:rsidRPr="008119BC" w:rsidRDefault="00000000">
      <w:pPr>
        <w:spacing w:after="240"/>
        <w:rPr>
          <w:rFonts w:ascii="Onest" w:hAnsi="Onest"/>
        </w:rPr>
      </w:pPr>
      <w:proofErr w:type="spellStart"/>
      <w:r w:rsidRPr="008119BC">
        <w:rPr>
          <w:rFonts w:ascii="Onest" w:hAnsi="Onest"/>
        </w:rPr>
        <w:t>Comentariile</w:t>
      </w:r>
      <w:proofErr w:type="spellEnd"/>
      <w:r w:rsidRPr="008119BC">
        <w:rPr>
          <w:rFonts w:ascii="Onest" w:hAnsi="Onest"/>
        </w:rPr>
        <w:t xml:space="preserve"> </w:t>
      </w:r>
      <w:proofErr w:type="spellStart"/>
      <w:r w:rsidRPr="008119BC">
        <w:rPr>
          <w:rFonts w:ascii="Onest" w:hAnsi="Onest"/>
        </w:rPr>
        <w:t>furnizorului</w:t>
      </w:r>
      <w:proofErr w:type="spellEnd"/>
      <w:r w:rsidRPr="008119BC">
        <w:rPr>
          <w:rFonts w:ascii="Onest" w:hAnsi="Onest"/>
        </w:rPr>
        <w:t>/</w:t>
      </w:r>
      <w:proofErr w:type="spellStart"/>
      <w:r w:rsidRPr="008119BC">
        <w:rPr>
          <w:rFonts w:ascii="Onest" w:hAnsi="Onest"/>
        </w:rPr>
        <w:t>producătorului</w:t>
      </w:r>
      <w:proofErr w:type="spellEnd"/>
      <w:r w:rsidRPr="008119BC">
        <w:rPr>
          <w:rFonts w:ascii="Onest" w:hAnsi="Onest"/>
        </w:rPr>
        <w:t>:</w:t>
      </w:r>
    </w:p>
    <w:p w14:paraId="5CBBC25B" w14:textId="7BB3F92D" w:rsidR="008A1032" w:rsidRPr="008119BC" w:rsidRDefault="00000000">
      <w:pPr>
        <w:spacing w:after="120"/>
        <w:rPr>
          <w:rFonts w:ascii="Onest" w:hAnsi="Onest"/>
        </w:rPr>
      </w:pPr>
      <w:proofErr w:type="spellStart"/>
      <w:r w:rsidRPr="008119BC">
        <w:rPr>
          <w:rFonts w:ascii="Onest" w:hAnsi="Onest"/>
        </w:rPr>
        <w:t>Nume</w:t>
      </w:r>
      <w:proofErr w:type="spellEnd"/>
      <w:r w:rsidRPr="008119BC">
        <w:rPr>
          <w:rFonts w:ascii="Onest" w:hAnsi="Onest"/>
        </w:rPr>
        <w:t xml:space="preserve">, </w:t>
      </w:r>
      <w:proofErr w:type="spellStart"/>
      <w:r w:rsidRPr="008119BC">
        <w:rPr>
          <w:rFonts w:ascii="Onest" w:hAnsi="Onest"/>
        </w:rPr>
        <w:t>funcție</w:t>
      </w:r>
      <w:proofErr w:type="spellEnd"/>
      <w:r w:rsidRPr="008119BC">
        <w:rPr>
          <w:rFonts w:ascii="Onest" w:hAnsi="Onest"/>
        </w:rPr>
        <w:t>: _______________________</w:t>
      </w:r>
      <w:proofErr w:type="gramStart"/>
      <w:r w:rsidRPr="008119BC">
        <w:rPr>
          <w:rFonts w:ascii="Onest" w:hAnsi="Onest"/>
        </w:rPr>
        <w:t>_  Data</w:t>
      </w:r>
      <w:proofErr w:type="gramEnd"/>
      <w:r w:rsidRPr="008119BC">
        <w:rPr>
          <w:rFonts w:ascii="Onest" w:hAnsi="Onest"/>
        </w:rPr>
        <w:t>: ______________</w:t>
      </w:r>
      <w:proofErr w:type="spellStart"/>
      <w:r w:rsidRPr="008119BC">
        <w:rPr>
          <w:rFonts w:ascii="Onest" w:hAnsi="Onest"/>
        </w:rPr>
        <w:t>Semnătura</w:t>
      </w:r>
      <w:proofErr w:type="spellEnd"/>
      <w:r w:rsidRPr="008119BC">
        <w:rPr>
          <w:rFonts w:ascii="Onest" w:hAnsi="Onest"/>
        </w:rPr>
        <w:t>: __________________</w:t>
      </w:r>
      <w:r w:rsidR="008119BC" w:rsidRPr="008119BC">
        <w:rPr>
          <w:rFonts w:ascii="Onest" w:hAnsi="Onest"/>
        </w:rPr>
        <w:t>LȘ</w:t>
      </w:r>
    </w:p>
    <w:p w14:paraId="4BB104EF" w14:textId="77777777" w:rsidR="008119BC" w:rsidRPr="008119BC" w:rsidRDefault="008119BC">
      <w:pPr>
        <w:spacing w:after="160"/>
        <w:rPr>
          <w:rFonts w:ascii="Onest" w:hAnsi="Onest"/>
          <w:b/>
        </w:rPr>
      </w:pPr>
    </w:p>
    <w:p w14:paraId="4F9B6A72" w14:textId="77777777" w:rsidR="008119BC" w:rsidRPr="008119BC" w:rsidRDefault="008119BC">
      <w:pPr>
        <w:spacing w:after="160"/>
        <w:rPr>
          <w:rFonts w:ascii="Onest" w:hAnsi="Onest"/>
          <w:b/>
        </w:rPr>
      </w:pPr>
    </w:p>
    <w:p w14:paraId="7FCFCBC4" w14:textId="77777777" w:rsidR="0016543E" w:rsidRPr="008119BC" w:rsidRDefault="0016543E">
      <w:pPr>
        <w:rPr>
          <w:rFonts w:ascii="Onest" w:hAnsi="Onest"/>
        </w:rPr>
      </w:pPr>
    </w:p>
    <w:sectPr w:rsidR="0016543E" w:rsidRPr="008119BC" w:rsidSect="004B5D47">
      <w:headerReference w:type="default" r:id="rId8"/>
      <w:pgSz w:w="12240" w:h="15840"/>
      <w:pgMar w:top="907" w:right="850" w:bottom="90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066EF" w14:textId="77777777" w:rsidR="00EB46F0" w:rsidRDefault="00EB46F0" w:rsidP="00FC22D1">
      <w:pPr>
        <w:spacing w:after="0" w:line="240" w:lineRule="auto"/>
      </w:pPr>
      <w:r>
        <w:separator/>
      </w:r>
    </w:p>
  </w:endnote>
  <w:endnote w:type="continuationSeparator" w:id="0">
    <w:p w14:paraId="331F036E" w14:textId="77777777" w:rsidR="00EB46F0" w:rsidRDefault="00EB46F0" w:rsidP="00FC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Onest">
    <w:panose1 w:val="020B0503030000020004"/>
    <w:charset w:val="CC"/>
    <w:family w:val="swiss"/>
    <w:pitch w:val="variable"/>
    <w:sig w:usb0="8000026F" w:usb1="0000806A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788BF" w14:textId="77777777" w:rsidR="00EB46F0" w:rsidRDefault="00EB46F0" w:rsidP="00FC22D1">
      <w:pPr>
        <w:spacing w:after="0" w:line="240" w:lineRule="auto"/>
      </w:pPr>
      <w:r>
        <w:separator/>
      </w:r>
    </w:p>
  </w:footnote>
  <w:footnote w:type="continuationSeparator" w:id="0">
    <w:p w14:paraId="741C6F55" w14:textId="77777777" w:rsidR="00EB46F0" w:rsidRDefault="00EB46F0" w:rsidP="00FC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DD03" w14:textId="77777777" w:rsidR="00FC22D1" w:rsidRDefault="004B5D47">
    <w:pPr>
      <w:pStyle w:val="Antet"/>
    </w:pPr>
    <w:r>
      <w:rPr>
        <w:noProof/>
      </w:rPr>
      <w:drawing>
        <wp:inline distT="0" distB="0" distL="0" distR="0" wp14:anchorId="42BE56A3" wp14:editId="1B0E838F">
          <wp:extent cx="6620510" cy="482600"/>
          <wp:effectExtent l="0" t="0" r="0" b="0"/>
          <wp:docPr id="137898265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876297" name="Imagine 3828762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0510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2357975">
    <w:abstractNumId w:val="8"/>
  </w:num>
  <w:num w:numId="2" w16cid:durableId="357196839">
    <w:abstractNumId w:val="6"/>
  </w:num>
  <w:num w:numId="3" w16cid:durableId="1884752242">
    <w:abstractNumId w:val="5"/>
  </w:num>
  <w:num w:numId="4" w16cid:durableId="190532521">
    <w:abstractNumId w:val="4"/>
  </w:num>
  <w:num w:numId="5" w16cid:durableId="1307320661">
    <w:abstractNumId w:val="7"/>
  </w:num>
  <w:num w:numId="6" w16cid:durableId="561209926">
    <w:abstractNumId w:val="3"/>
  </w:num>
  <w:num w:numId="7" w16cid:durableId="611209308">
    <w:abstractNumId w:val="2"/>
  </w:num>
  <w:num w:numId="8" w16cid:durableId="302203760">
    <w:abstractNumId w:val="1"/>
  </w:num>
  <w:num w:numId="9" w16cid:durableId="94627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C20"/>
    <w:rsid w:val="0015074B"/>
    <w:rsid w:val="0016543E"/>
    <w:rsid w:val="00166D8F"/>
    <w:rsid w:val="00197E6C"/>
    <w:rsid w:val="001B5BD7"/>
    <w:rsid w:val="00243315"/>
    <w:rsid w:val="0029639D"/>
    <w:rsid w:val="002E4440"/>
    <w:rsid w:val="00326F90"/>
    <w:rsid w:val="00425818"/>
    <w:rsid w:val="004269D8"/>
    <w:rsid w:val="004277D9"/>
    <w:rsid w:val="004560DE"/>
    <w:rsid w:val="004B5D47"/>
    <w:rsid w:val="005B7544"/>
    <w:rsid w:val="005E1409"/>
    <w:rsid w:val="00733B66"/>
    <w:rsid w:val="008119BC"/>
    <w:rsid w:val="00832D72"/>
    <w:rsid w:val="008A1032"/>
    <w:rsid w:val="00904E69"/>
    <w:rsid w:val="00A91132"/>
    <w:rsid w:val="00AA1D8D"/>
    <w:rsid w:val="00B14D89"/>
    <w:rsid w:val="00B42DDC"/>
    <w:rsid w:val="00B47730"/>
    <w:rsid w:val="00B9039A"/>
    <w:rsid w:val="00CB0664"/>
    <w:rsid w:val="00CB5394"/>
    <w:rsid w:val="00D44E13"/>
    <w:rsid w:val="00D93D4B"/>
    <w:rsid w:val="00E02F36"/>
    <w:rsid w:val="00E25704"/>
    <w:rsid w:val="00E92D77"/>
    <w:rsid w:val="00EB46F0"/>
    <w:rsid w:val="00FC2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68150E"/>
  <w14:defaultImageDpi w14:val="300"/>
  <w15:docId w15:val="{6205FEBB-7D31-4FD4-A869-0B1FCB2F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B42DDC"/>
    <w:pPr>
      <w:autoSpaceDE w:val="0"/>
      <w:autoSpaceDN w:val="0"/>
      <w:adjustRightInd w:val="0"/>
      <w:spacing w:after="0" w:line="240" w:lineRule="auto"/>
    </w:pPr>
    <w:rPr>
      <w:rFonts w:ascii="Onest" w:hAnsi="Onest" w:cs="Onest"/>
      <w:color w:val="000000"/>
      <w:sz w:val="24"/>
      <w:szCs w:val="24"/>
      <w:lang w:val="ro-RO"/>
    </w:rPr>
  </w:style>
  <w:style w:type="paragraph" w:styleId="Revizuire">
    <w:name w:val="Revision"/>
    <w:hidden/>
    <w:uiPriority w:val="99"/>
    <w:semiHidden/>
    <w:rsid w:val="00B14D89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Corina E</cp:lastModifiedBy>
  <cp:revision>2</cp:revision>
  <cp:lastPrinted>2026-09-14T05:49:00Z</cp:lastPrinted>
  <dcterms:created xsi:type="dcterms:W3CDTF">2026-09-14T05:52:00Z</dcterms:created>
  <dcterms:modified xsi:type="dcterms:W3CDTF">2026-09-14T05:52:00Z</dcterms:modified>
  <cp:category/>
</cp:coreProperties>
</file>